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Learning Tracker</w:t>
      </w:r>
    </w:p>
    <w:p>
      <w:r>
        <w:t>Name: ______________________________    Date: ______________</w:t>
      </w:r>
    </w:p>
    <w:p>
      <w:pPr>
        <w:pStyle w:val="Heading2"/>
      </w:pPr>
      <w:r>
        <w:t>Our learning target</w:t>
      </w:r>
    </w:p>
    <w:p>
      <w:r>
        <w:t>___________________________________________________________________</w:t>
      </w:r>
    </w:p>
    <w:p>
      <w:r>
        <w:t>At each check-in, name a skill, circle where you are, and show evidence.</w:t>
      </w:r>
    </w:p>
    <w:p>
      <w:pPr>
        <w:pStyle w:val="Heading2"/>
      </w:pPr>
      <w:r>
        <w:t>Check-in 1                                  Date: ______________</w:t>
      </w:r>
    </w:p>
    <w:p>
      <w:r>
        <w:t>Today I can _____________________________________________________</w:t>
      </w:r>
    </w:p>
    <w:p>
      <w:r>
        <w:t>Circle one: I need help / I am practicing / I can do it / I can explain it</w:t>
      </w:r>
    </w:p>
    <w:p>
      <w:r>
        <w:t>My evidence: ____________________________________________________</w:t>
      </w:r>
    </w:p>
    <w:p>
      <w:r>
        <w:t>___________________________________________________________________</w:t>
      </w:r>
    </w:p>
    <w:p>
      <w:r>
        <w:t>Next step: _______________________________________________________</w:t>
      </w:r>
    </w:p>
    <w:p>
      <w:r>
        <w:t>Teacher feedback: _________________________________________________</w:t>
      </w:r>
    </w:p>
    <w:p>
      <w:pPr>
        <w:pStyle w:val="Heading2"/>
      </w:pPr>
      <w:r>
        <w:t>Check-in 2                                  Date: ______________</w:t>
      </w:r>
    </w:p>
    <w:p>
      <w:r>
        <w:t>Today I can _____________________________________________________</w:t>
      </w:r>
    </w:p>
    <w:p>
      <w:r>
        <w:t>Circle one: I need help / I am practicing / I can do it / I can explain it</w:t>
      </w:r>
    </w:p>
    <w:p>
      <w:r>
        <w:t>My evidence: ____________________________________________________</w:t>
      </w:r>
    </w:p>
    <w:p>
      <w:r>
        <w:t>___________________________________________________________________</w:t>
      </w:r>
    </w:p>
    <w:p>
      <w:r>
        <w:t>Next step: _______________________________________________________</w:t>
      </w:r>
    </w:p>
    <w:p>
      <w:r>
        <w:t>Teacher feedback: _________________________________________________</w:t>
      </w:r>
    </w:p>
    <w:p>
      <w:pPr>
        <w:pStyle w:val="Heading2"/>
      </w:pPr>
      <w:r>
        <w:t>Check-in 3                                  Date: ______________</w:t>
      </w:r>
    </w:p>
    <w:p>
      <w:r>
        <w:t>Today I can _____________________________________________________</w:t>
      </w:r>
    </w:p>
    <w:p>
      <w:r>
        <w:t>Circle one: I need help / I am practicing / I can do it / I can explain it</w:t>
      </w:r>
    </w:p>
    <w:p>
      <w:r>
        <w:t>My evidence: ____________________________________________________</w:t>
      </w:r>
    </w:p>
    <w:p>
      <w:r>
        <w:t>___________________________________________________________________</w:t>
      </w:r>
    </w:p>
    <w:p>
      <w:r>
        <w:t>Next step: _______________________________________________________</w:t>
      </w:r>
    </w:p>
    <w:p>
      <w:r>
        <w:t>Teacher feedback: _________________________________________________</w:t>
      </w:r>
    </w:p>
    <w:sectPr w:rsidR="00FC693F" w:rsidRPr="0006063C" w:rsidSect="00034616">
      <w:footerReference w:type="default" r:id="rId9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Pole Mountain Learning | Learning Target Student Self-Assessment Tracker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23A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="Arial" w:hAnsi="Arial"/>
      <w:b/>
      <w:bCs/>
      <w:color w:val="223A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194D39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Arial" w:hAnsi="Arial"/>
      <w:color w:val="194D3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Target Student Self-Assessment Tracker</dc:title>
  <dc:subject/>
  <dc:creator>Pole Mountain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